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שבע הערכות למורה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כלי ההערכה השונים שהוצגו במפגשים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עובדות מהקורס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הערכת תוצר להערכת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ליד הערכה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מוצג במפגש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(מעבר מהערכת תוצר להערכת 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(סולם AIAS ושדרוג מטלה)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(פרזנטציה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בוט מלווה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קביעת תפקיד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איסורים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הגדרת פרטי המטלה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יומן 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הערכת תוצר בודקת רק את התוצאה הסופית, הערכת תהליך בודקת גם שלבים, תיעוד ורפלקציה לאורך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שלבים, תיעוד ורפלקציה מול תוצר מוגמר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הגדרה מראש של מה מותר ואסור עם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ערכה רלוונטית עם הסבר קצר על הקשר לתחום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צפייה בחומרי כמה 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הערכה שנבחרה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שיחה על תוכן המפגשים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מסכם את חומרי הקורס 'בניית משימות הערכה חדשניות בעידן הבינה המלאכותית', הכולל שבעה מפגשים וערכות למורה סביב נושא ההערכה בעידן ה-AI.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AIAS  ·  תהליך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עובדות מהקורס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ערכות למורה יש בקורס?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מפגש 1 עוסק בעיקר במעבר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מבחן למבדק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הערכת תוצר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כיתה למעבדה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בערכה למורה 1 יש 31 שקפים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סולם AIAS מוצג לראשונה במפגש 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בערכה למורה 2 מוצג סולם __________ שמגדיר כמה בינה מלאכותית מותר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במפגש 1 המעבר המרכזי הוא מהערכת תוצר להערכת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סולם AIAS ושדרוג מטלה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מעבר מהערכת תוצר להערכת תהליך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יומן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הגדרת פרטי המטלה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קביעת תפקיד הבוט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איסורים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הערכת תוצר להערכת תהליך, בהתבסס על מפגש 1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סולם AIAS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–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