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הקורס ואת שבע הערכות למורה 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המעבר מהערכת תוצר להערכת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סולם AIAS ואת כלי ההערכה השונים שהוצגו במפגשים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– עובדות מהקורס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7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הערכת תוצר להערכת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להגדיר מראש מה מותר ואסור עם AI במשימה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חזותי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NotebookLM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ליד הערכה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מוצג במפגש 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נדרשות שאלות הסבר על המסר והבחירות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בכל הקבצים נכתב שלא מופיע שם יוצר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נושא זה שייך למפגש 6, במפגש 5 נלמד על מצגות קנבה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AIAS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מפגש לנושא שלו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(מעבר מהערכת תוצר להערכת תהליך)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(סולם AIAS ושדרוג מטלה)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(תוצר יצירתי חזותי)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(פרזנטציה כמשימת הערכה)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(מצגות קנבה שמפעילות למידה)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בוט מלווה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קביעת תפקיד הבוט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כתיבת איסורים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הגדרת פרטי המטלה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בניית יומן 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ניהול השיחה עם התלמיד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כתיבת משפט פתיחה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מציינים ערכה רלוונטית, שתי פעילויות מתוכה, והסבר קצר על ההתאמה לגיל או לתחום הדעת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הערכת תוצר בודקת רק את התוצאה הסופית, הערכת תהליך בודקת גם שלבים, תיעוד ורפלקציה לאורך העבודה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שלבים, תיעוד ורפלקציה מול תוצר מוגמר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הגדרה מראש של מה מותר ואסור עם AI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ערכה רלוונטית עם הסבר קצר על הקשר לתחום שנבחר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הדף כסיכום אחרי צפייה בחומרי כמה מפגשים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לקיים דיון קצר על הערכה שנבחרה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לזוגות את חלק ההתאמה כדי לעודד שיחה על תוכן המפגשים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חומרי הקורס – הערכה חלופית בעידן ה-AI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שאלות על קורס למורים. בקורס יש שבעה מפגשים, ובכל מפגש ערכה עם מצגת, פעילויות וחידון על הערכת תלמידים כשיש בינה מלאכותית.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הערכה חלופית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דרך להעריך תלמידים שאינה מבחן 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AIAS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שמגדיר כמה בינה מלאכותית מותר להשתמש במשימה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תהליך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השלבים שהתלמיד עובר עד התוצר הסופי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מחשבה של התלמיד על הדרך שבה עבד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מחוון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טבלה שמפרטת איך מעריכים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בוט מלווה למידה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תוכנת שיחה שמדריכה תלמיד לאורך משימה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NotebookLM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שמסכם מקורות ועוזר לחקור אותם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כרטיס יציאה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קצרה שהתלמיד עונה עליה בסוף השיעור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– עובדות מהקורס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ערכות למורה מופיעות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הנושא המרכזי של מפגש 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מבחן למבדק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הערכת תוצר להערכת תהליך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כיתה למעבדה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עברית לאנגלית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משמש סולם AIAS?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לבדוק שגיאות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להגדיר מראש מה מותר ואסור עם AI במשימה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לצייר תמונות לשיעור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להקליט את עצמו מלמד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סוג תוצר נלמד במפגש 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כתוב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קולי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מספרי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כלי מופיע במפגש 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Canva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Mentimeter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NotebookLM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Slidesgo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בערכה למורה 1 יש 31 שקפים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סולם AIAS מוצג לראשונה במפגש 3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במשימת התוצר החזותי התלמיד מגיש גם הסבר בכתב ולא רק תמונה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קובצי הקורס מופיע שם היוצר או היוצרת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במפגש 5 נלמד איך להפוך ידע לסרטון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בערכה למורה 2 מוצג סולם __________ שמגדיר כמה בינה מלאכותית מותר במשימה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במפגש 1 המעבר המרכזי הוא מהערכת תוצר להערכת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בערכה 3 נדון ההבדל בין 'יפה' ל-__________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בוט מלווה למידה כולל תפקיד, איסורים, פרטי המטלה ו__________ 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בערכה 4 יש מחוון בן __________ נקודות להערכת הצגה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מפגש לנושא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מפגש 1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תוצר יצירתי חזותי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מפגש 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מצגות קנבה שמפעילות למידה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מפגש 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פרזנטציה כמשימת הערכה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מפגש 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סולם AIAS ושדרוג מטלה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מפגש 5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מעבר מהערכת תוצר להערכת תהליך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בוט מלווה 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איסורים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קביעת תפקיד הבוט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בניית יומן עבודה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הגדרת פרטי המטלה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כתיבת משפט פתיחה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ניהול השיחה עם התלמיד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מערכות המורה (1–7) וכתבו שתי פעילויות שהייתם משלבים בכיתה שלכם, ונמקו מדוע הן מתאימות לתלמידים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הערכת תוצר להערכת תהליך, בהתבסס על מפגש 1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הערכת תוצר להערכת תהליך?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סולם AIAS ולמה הוא משמש?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ערכה אחת מהקורס ותחום דעת אחד שבו הייתם משתמשים 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חומרי הקורס – הערכה חלופית בעידן ה-AI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